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4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8"/>
        <w:gridCol w:w="4977"/>
        <w:gridCol w:w="2409"/>
      </w:tblGrid>
      <w:tr w:rsidR="008235C8" w:rsidRPr="005B66C9" w:rsidTr="00E52FFE">
        <w:trPr>
          <w:trHeight w:val="1439"/>
        </w:trPr>
        <w:tc>
          <w:tcPr>
            <w:tcW w:w="2248" w:type="dxa"/>
            <w:hideMark/>
          </w:tcPr>
          <w:p w:rsidR="008235C8" w:rsidRPr="008235C8" w:rsidRDefault="008235C8" w:rsidP="008235C8">
            <w:pPr>
              <w:pageBreakBefore/>
              <w:ind w:right="-1"/>
              <w:rPr>
                <w:rFonts w:eastAsia="Times New Roman"/>
                <w:szCs w:val="28"/>
              </w:rPr>
            </w:pPr>
            <w:r w:rsidRPr="008235C8">
              <w:rPr>
                <w:rFonts w:eastAsia="Times New Roman"/>
                <w:noProof/>
                <w:szCs w:val="28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E5F45A5" wp14:editId="07FFB0C6">
                      <wp:extent cx="12700" cy="12700"/>
                      <wp:effectExtent l="0" t="0" r="0" b="0"/>
                      <wp:docPr id="1216197519" name="Прямоугольник 420162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E86A7B" id="Прямоугольник 420162579" o:spid="_x0000_s1026" style="width:1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" filled="f" stroked="f" strokeweight="0">
                      <w10:anchorlock/>
                    </v:rect>
                  </w:pict>
                </mc:Fallback>
              </mc:AlternateContent>
            </w:r>
          </w:p>
        </w:tc>
        <w:tc>
          <w:tcPr>
            <w:tcW w:w="4977" w:type="dxa"/>
            <w:vAlign w:val="center"/>
            <w:hideMark/>
          </w:tcPr>
          <w:p w:rsidR="008235C8" w:rsidRPr="008235C8" w:rsidRDefault="008235C8" w:rsidP="008235C8">
            <w:pPr>
              <w:ind w:right="-1"/>
              <w:jc w:val="center"/>
              <w:rPr>
                <w:rFonts w:eastAsia="Times New Roman"/>
                <w:sz w:val="36"/>
                <w:szCs w:val="36"/>
                <w:lang w:val="ru-RU"/>
              </w:rPr>
            </w:pPr>
            <w:r w:rsidRPr="008235C8">
              <w:rPr>
                <w:rFonts w:eastAsia="Times New Roman"/>
                <w:i/>
                <w:iCs/>
                <w:sz w:val="36"/>
                <w:szCs w:val="36"/>
                <w:lang w:val="en-GB"/>
              </w:rPr>
              <w:t>X</w:t>
            </w:r>
            <w:r w:rsidRPr="008235C8">
              <w:rPr>
                <w:rFonts w:eastAsia="Times New Roman"/>
                <w:i/>
                <w:iCs/>
                <w:sz w:val="36"/>
                <w:szCs w:val="36"/>
                <w:lang w:val="ru-RU"/>
              </w:rPr>
              <w:t xml:space="preserve"> Дальневосточный медицинский молодежный форум с международным участием</w:t>
            </w:r>
          </w:p>
        </w:tc>
        <w:tc>
          <w:tcPr>
            <w:tcW w:w="2409" w:type="dxa"/>
          </w:tcPr>
          <w:p w:rsidR="008235C8" w:rsidRPr="008235C8" w:rsidRDefault="008235C8" w:rsidP="008235C8">
            <w:pPr>
              <w:ind w:right="-1"/>
              <w:jc w:val="center"/>
              <w:rPr>
                <w:rFonts w:eastAsia="Times New Roman"/>
                <w:szCs w:val="28"/>
                <w:lang w:val="ru-RU"/>
              </w:rPr>
            </w:pPr>
            <w:r w:rsidRPr="008235C8">
              <w:rPr>
                <w:sz w:val="24"/>
              </w:rPr>
              <w:fldChar w:fldCharType="begin"/>
            </w:r>
            <w:r w:rsidRPr="008235C8">
              <w:rPr>
                <w:sz w:val="24"/>
                <w:lang w:val="ru-RU"/>
              </w:rPr>
              <w:instrText xml:space="preserve"> </w:instrText>
            </w:r>
            <w:r w:rsidRPr="008235C8">
              <w:rPr>
                <w:sz w:val="24"/>
              </w:rPr>
              <w:instrText>INCLUDEPICTURE</w:instrText>
            </w:r>
            <w:r w:rsidRPr="008235C8">
              <w:rPr>
                <w:sz w:val="24"/>
                <w:lang w:val="ru-RU"/>
              </w:rPr>
              <w:instrText xml:space="preserve"> "/</w:instrText>
            </w:r>
            <w:r w:rsidRPr="008235C8">
              <w:rPr>
                <w:sz w:val="24"/>
              </w:rPr>
              <w:instrText>Users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ivan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Library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Group</w:instrText>
            </w:r>
            <w:r w:rsidRPr="008235C8">
              <w:rPr>
                <w:sz w:val="24"/>
                <w:lang w:val="ru-RU"/>
              </w:rPr>
              <w:instrText xml:space="preserve"> </w:instrText>
            </w:r>
            <w:r w:rsidRPr="008235C8">
              <w:rPr>
                <w:sz w:val="24"/>
              </w:rPr>
              <w:instrText>Containers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UBF</w:instrText>
            </w:r>
            <w:r w:rsidRPr="008235C8">
              <w:rPr>
                <w:sz w:val="24"/>
                <w:lang w:val="ru-RU"/>
              </w:rPr>
              <w:instrText>8</w:instrText>
            </w:r>
            <w:r w:rsidRPr="008235C8">
              <w:rPr>
                <w:sz w:val="24"/>
              </w:rPr>
              <w:instrText>T</w:instrText>
            </w:r>
            <w:r w:rsidRPr="008235C8">
              <w:rPr>
                <w:sz w:val="24"/>
                <w:lang w:val="ru-RU"/>
              </w:rPr>
              <w:instrText>346</w:instrText>
            </w:r>
            <w:r w:rsidRPr="008235C8">
              <w:rPr>
                <w:sz w:val="24"/>
              </w:rPr>
              <w:instrText>G</w:instrText>
            </w:r>
            <w:r w:rsidRPr="008235C8">
              <w:rPr>
                <w:sz w:val="24"/>
                <w:lang w:val="ru-RU"/>
              </w:rPr>
              <w:instrText>9.</w:instrText>
            </w:r>
            <w:r w:rsidRPr="008235C8">
              <w:rPr>
                <w:sz w:val="24"/>
              </w:rPr>
              <w:instrText>ms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WebArchiveCopyPasteTempFiles</w:instrText>
            </w:r>
            <w:r w:rsidRPr="008235C8">
              <w:rPr>
                <w:sz w:val="24"/>
                <w:lang w:val="ru-RU"/>
              </w:rPr>
              <w:instrText>/</w:instrText>
            </w:r>
            <w:r w:rsidRPr="008235C8">
              <w:rPr>
                <w:sz w:val="24"/>
              </w:rPr>
              <w:instrText>com</w:instrText>
            </w:r>
            <w:r w:rsidRPr="008235C8">
              <w:rPr>
                <w:sz w:val="24"/>
                <w:lang w:val="ru-RU"/>
              </w:rPr>
              <w:instrText>.</w:instrText>
            </w:r>
            <w:r w:rsidRPr="008235C8">
              <w:rPr>
                <w:sz w:val="24"/>
              </w:rPr>
              <w:instrText>microsoft</w:instrText>
            </w:r>
            <w:r w:rsidRPr="008235C8">
              <w:rPr>
                <w:sz w:val="24"/>
                <w:lang w:val="ru-RU"/>
              </w:rPr>
              <w:instrText>.</w:instrText>
            </w:r>
            <w:r w:rsidRPr="008235C8">
              <w:rPr>
                <w:sz w:val="24"/>
              </w:rPr>
              <w:instrText>Word</w:instrText>
            </w:r>
            <w:r w:rsidRPr="008235C8">
              <w:rPr>
                <w:sz w:val="24"/>
                <w:lang w:val="ru-RU"/>
              </w:rPr>
              <w:instrText>/%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0%9</w:instrText>
            </w:r>
            <w:r w:rsidRPr="008235C8">
              <w:rPr>
                <w:sz w:val="24"/>
              </w:rPr>
              <w:instrText>B</w:instrText>
            </w:r>
            <w:r w:rsidRPr="008235C8">
              <w:rPr>
                <w:sz w:val="24"/>
                <w:lang w:val="ru-RU"/>
              </w:rPr>
              <w:instrText>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BE</w:instrText>
            </w:r>
            <w:r w:rsidRPr="008235C8">
              <w:rPr>
                <w:sz w:val="24"/>
                <w:lang w:val="ru-RU"/>
              </w:rPr>
              <w:instrText>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</w:instrText>
            </w:r>
            <w:r w:rsidRPr="008235C8">
              <w:rPr>
                <w:sz w:val="24"/>
                <w:lang w:val="ru-RU"/>
              </w:rPr>
              <w:instrText>3%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BE</w:instrText>
            </w:r>
            <w:r w:rsidRPr="008235C8">
              <w:rPr>
                <w:sz w:val="24"/>
                <w:lang w:val="ru-RU"/>
              </w:rPr>
              <w:instrText>%20%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0%94%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0%92%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0%9</w:instrText>
            </w:r>
            <w:r w:rsidRPr="008235C8">
              <w:rPr>
                <w:sz w:val="24"/>
              </w:rPr>
              <w:instrText>C</w:instrText>
            </w:r>
            <w:r w:rsidRPr="008235C8">
              <w:rPr>
                <w:sz w:val="24"/>
                <w:lang w:val="ru-RU"/>
              </w:rPr>
              <w:instrText>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A</w:instrText>
            </w:r>
            <w:r w:rsidRPr="008235C8">
              <w:rPr>
                <w:sz w:val="24"/>
                <w:lang w:val="ru-RU"/>
              </w:rPr>
              <w:instrText>3%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0%93%2095%20%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BB</w:instrText>
            </w:r>
            <w:r w:rsidRPr="008235C8">
              <w:rPr>
                <w:sz w:val="24"/>
                <w:lang w:val="ru-RU"/>
              </w:rPr>
              <w:instrText>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</w:instrText>
            </w:r>
            <w:r w:rsidRPr="008235C8">
              <w:rPr>
                <w:sz w:val="24"/>
                <w:lang w:val="ru-RU"/>
              </w:rPr>
              <w:instrText>5%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1%82%20(%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</w:instrText>
            </w:r>
            <w:r w:rsidRPr="008235C8">
              <w:rPr>
                <w:sz w:val="24"/>
                <w:lang w:val="ru-RU"/>
              </w:rPr>
              <w:instrText>8%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1%82%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BE</w:instrText>
            </w:r>
            <w:r w:rsidRPr="008235C8">
              <w:rPr>
                <w:sz w:val="24"/>
                <w:lang w:val="ru-RU"/>
              </w:rPr>
              <w:instrText>%</w:instrText>
            </w:r>
            <w:r w:rsidRPr="008235C8">
              <w:rPr>
                <w:sz w:val="24"/>
              </w:rPr>
              <w:instrText>D</w:instrText>
            </w:r>
            <w:r w:rsidRPr="008235C8">
              <w:rPr>
                <w:sz w:val="24"/>
                <w:lang w:val="ru-RU"/>
              </w:rPr>
              <w:instrText>0%</w:instrText>
            </w:r>
            <w:r w:rsidRPr="008235C8">
              <w:rPr>
                <w:sz w:val="24"/>
              </w:rPr>
              <w:instrText>B</w:instrText>
            </w:r>
            <w:r w:rsidRPr="008235C8">
              <w:rPr>
                <w:sz w:val="24"/>
                <w:lang w:val="ru-RU"/>
              </w:rPr>
              <w:instrText>3).</w:instrText>
            </w:r>
            <w:r w:rsidRPr="008235C8">
              <w:rPr>
                <w:sz w:val="24"/>
              </w:rPr>
              <w:instrText>png</w:instrText>
            </w:r>
            <w:r w:rsidRPr="008235C8">
              <w:rPr>
                <w:sz w:val="24"/>
                <w:lang w:val="ru-RU"/>
              </w:rPr>
              <w:instrText xml:space="preserve">" \* </w:instrText>
            </w:r>
            <w:r w:rsidRPr="008235C8">
              <w:rPr>
                <w:sz w:val="24"/>
              </w:rPr>
              <w:instrText>MERGEFORMATINET</w:instrText>
            </w:r>
            <w:r w:rsidRPr="008235C8">
              <w:rPr>
                <w:sz w:val="24"/>
                <w:lang w:val="ru-RU"/>
              </w:rPr>
              <w:instrText xml:space="preserve"> </w:instrText>
            </w:r>
            <w:r w:rsidRPr="008235C8">
              <w:rPr>
                <w:sz w:val="24"/>
              </w:rPr>
              <w:fldChar w:fldCharType="end"/>
            </w:r>
          </w:p>
        </w:tc>
      </w:tr>
    </w:tbl>
    <w:p w:rsidR="008235C8" w:rsidRPr="008235C8" w:rsidRDefault="008235C8" w:rsidP="008235C8">
      <w:pPr>
        <w:suppressAutoHyphens/>
        <w:spacing w:after="0" w:line="240" w:lineRule="auto"/>
        <w:ind w:right="-1"/>
        <w:rPr>
          <w:rFonts w:eastAsia="Times New Roman"/>
          <w:b/>
          <w:bCs/>
          <w:szCs w:val="28"/>
          <w:lang w:val="ru-RU" w:eastAsia="ru-RU"/>
        </w:rPr>
      </w:pP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Times New Roman"/>
          <w:b/>
          <w:bCs/>
          <w:color w:val="2B4392"/>
          <w:sz w:val="40"/>
          <w:szCs w:val="40"/>
          <w:lang w:val="ru-RU" w:eastAsia="ru-RU"/>
        </w:rPr>
      </w:pPr>
      <w:r w:rsidRPr="008235C8">
        <w:rPr>
          <w:rFonts w:eastAsia="Arial Unicode MS"/>
          <w:b/>
          <w:bCs/>
          <w:color w:val="2B4392"/>
          <w:sz w:val="40"/>
          <w:szCs w:val="40"/>
          <w:lang w:val="ru-RU" w:eastAsia="ru-RU"/>
        </w:rPr>
        <w:t>«ВНУТРЕННИЕ БОЛЕЗНИ»</w:t>
      </w:r>
    </w:p>
    <w:p w:rsidR="008235C8" w:rsidRPr="00125BD7" w:rsidRDefault="00125BD7" w:rsidP="008235C8">
      <w:pPr>
        <w:spacing w:after="0" w:line="240" w:lineRule="auto"/>
        <w:ind w:right="-1"/>
        <w:jc w:val="center"/>
        <w:rPr>
          <w:rFonts w:eastAsia="Times"/>
          <w:b/>
          <w:bCs/>
          <w:i/>
          <w:szCs w:val="28"/>
          <w:lang w:val="ru-RU" w:eastAsia="ru-RU"/>
        </w:rPr>
      </w:pPr>
      <w:proofErr w:type="spellStart"/>
      <w:r w:rsidRPr="00125BD7">
        <w:rPr>
          <w:rFonts w:eastAsia="Times"/>
          <w:b/>
          <w:bCs/>
          <w:i/>
          <w:szCs w:val="28"/>
          <w:lang w:val="ru-RU" w:eastAsia="ru-RU"/>
        </w:rPr>
        <w:t>Соорганизатор</w:t>
      </w:r>
      <w:proofErr w:type="spellEnd"/>
      <w:r w:rsidRPr="00125BD7">
        <w:rPr>
          <w:rFonts w:eastAsia="Times"/>
          <w:b/>
          <w:bCs/>
          <w:i/>
          <w:szCs w:val="28"/>
          <w:lang w:val="ru-RU" w:eastAsia="ru-RU"/>
        </w:rPr>
        <w:t xml:space="preserve"> – Российское научное медицинское общество терапевтов (РНМОТ)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Times"/>
          <w:b/>
          <w:bCs/>
          <w:szCs w:val="28"/>
          <w:lang w:val="ru-RU" w:eastAsia="ru-RU"/>
        </w:rPr>
      </w:pPr>
      <w:r>
        <w:rPr>
          <w:rFonts w:eastAsia="Times"/>
          <w:b/>
          <w:bCs/>
          <w:szCs w:val="28"/>
          <w:lang w:val="ru-RU" w:eastAsia="ru-RU"/>
        </w:rPr>
        <w:t>05.10.2026</w:t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</w:r>
      <w:r w:rsidRPr="008235C8">
        <w:rPr>
          <w:rFonts w:eastAsia="Times"/>
          <w:b/>
          <w:bCs/>
          <w:szCs w:val="28"/>
          <w:lang w:val="ru-RU" w:eastAsia="ru-RU"/>
        </w:rPr>
        <w:tab/>
        <w:t>15:00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Calibri"/>
          <w:i/>
          <w:iCs/>
          <w:kern w:val="2"/>
          <w:szCs w:val="28"/>
          <w:lang w:val="ru-RU"/>
          <w14:ligatures w14:val="standardContextual"/>
        </w:rPr>
      </w:pPr>
      <w:r w:rsidRPr="008235C8">
        <w:rPr>
          <w:rFonts w:eastAsia="Calibri"/>
          <w:b/>
          <w:i/>
          <w:iCs/>
          <w:kern w:val="2"/>
          <w:szCs w:val="28"/>
          <w:lang w:val="ru-RU"/>
          <w14:ligatures w14:val="standardContextual"/>
        </w:rPr>
        <w:t>Начало конференции по Хабаровскому времени!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Calibri"/>
          <w:b/>
          <w:bCs/>
          <w:kern w:val="2"/>
          <w:szCs w:val="28"/>
          <w:lang w:val="ru-RU"/>
          <w14:ligatures w14:val="standardContextual"/>
        </w:rPr>
      </w:pPr>
      <w:r w:rsidRPr="008235C8">
        <w:rPr>
          <w:rFonts w:eastAsia="Calibri"/>
          <w:b/>
          <w:bCs/>
          <w:kern w:val="2"/>
          <w:szCs w:val="28"/>
          <w:lang w:val="ru-RU"/>
          <w14:ligatures w14:val="standardContextual"/>
        </w:rPr>
        <w:t>____________________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Arial Unicode MS"/>
          <w:b/>
          <w:bCs/>
          <w:szCs w:val="28"/>
          <w:lang w:val="ru-RU" w:eastAsia="ru-RU"/>
        </w:rPr>
      </w:pPr>
      <w:r w:rsidRPr="008235C8">
        <w:rPr>
          <w:rFonts w:eastAsia="Arial Unicode MS"/>
          <w:b/>
          <w:bCs/>
          <w:szCs w:val="28"/>
          <w:lang w:val="ru-RU" w:eastAsia="ru-RU"/>
        </w:rPr>
        <w:t>Актовый зал, 4 этаж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Times New Roman"/>
          <w:b/>
          <w:bCs/>
          <w:szCs w:val="28"/>
          <w:lang w:val="ru-RU" w:eastAsia="ru-RU"/>
        </w:rPr>
      </w:pPr>
      <w:r w:rsidRPr="008235C8">
        <w:rPr>
          <w:rFonts w:eastAsia="Arial Unicode MS"/>
          <w:b/>
          <w:bCs/>
          <w:szCs w:val="28"/>
          <w:lang w:val="ru-RU" w:eastAsia="ru-RU"/>
        </w:rPr>
        <w:t>Дальневосточный государственный медицинский университет,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Times New Roman"/>
          <w:b/>
          <w:bCs/>
          <w:szCs w:val="28"/>
          <w:lang w:val="ru-RU" w:eastAsia="ru-RU"/>
        </w:rPr>
      </w:pPr>
      <w:r w:rsidRPr="008235C8">
        <w:rPr>
          <w:rFonts w:eastAsia="Arial Unicode MS"/>
          <w:b/>
          <w:bCs/>
          <w:szCs w:val="28"/>
          <w:lang w:val="ru-RU" w:eastAsia="ru-RU"/>
        </w:rPr>
        <w:t>учебный корпус I (ул. Муравьева-Амурского, 35)</w:t>
      </w: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Calibri"/>
          <w:b/>
          <w:bCs/>
          <w:kern w:val="2"/>
          <w:szCs w:val="28"/>
          <w:lang w:val="ru-RU"/>
          <w14:ligatures w14:val="standardContextual"/>
        </w:rPr>
      </w:pPr>
    </w:p>
    <w:p w:rsidR="008235C8" w:rsidRPr="008235C8" w:rsidRDefault="008235C8" w:rsidP="008235C8">
      <w:pPr>
        <w:spacing w:after="0" w:line="240" w:lineRule="auto"/>
        <w:ind w:right="-1"/>
        <w:jc w:val="center"/>
        <w:rPr>
          <w:rFonts w:eastAsia="Calibri"/>
          <w:kern w:val="2"/>
          <w:szCs w:val="28"/>
          <w:lang w:val="ru-RU"/>
          <w14:ligatures w14:val="standardContextual"/>
        </w:rPr>
      </w:pPr>
      <w:r w:rsidRPr="008235C8">
        <w:rPr>
          <w:rFonts w:eastAsia="Calibri"/>
          <w:b/>
          <w:bCs/>
          <w:kern w:val="2"/>
          <w:szCs w:val="28"/>
          <w:lang w:val="en-GB" w:eastAsia="ru-RU"/>
          <w14:ligatures w14:val="standardContextual"/>
        </w:rPr>
        <w:t>Online</w:t>
      </w:r>
      <w:r w:rsidRPr="008235C8">
        <w:rPr>
          <w:rFonts w:eastAsia="Calibri"/>
          <w:b/>
          <w:bCs/>
          <w:kern w:val="2"/>
          <w:szCs w:val="28"/>
          <w:lang w:val="ru-RU" w:eastAsia="ru-RU"/>
          <w14:ligatures w14:val="standardContextual"/>
        </w:rPr>
        <w:t>-подключение к мероприятию по ссылке</w:t>
      </w:r>
    </w:p>
    <w:p w:rsidR="008235C8" w:rsidRPr="008235C8" w:rsidRDefault="005B66C9" w:rsidP="008235C8">
      <w:pPr>
        <w:spacing w:after="0" w:line="240" w:lineRule="auto"/>
        <w:ind w:right="-1"/>
        <w:jc w:val="center"/>
        <w:rPr>
          <w:rFonts w:eastAsia="Calibri"/>
          <w:b/>
          <w:bCs/>
          <w:kern w:val="2"/>
          <w:sz w:val="36"/>
          <w:szCs w:val="36"/>
          <w:lang w:val="ru-RU"/>
          <w14:ligatures w14:val="standardContextual"/>
        </w:rPr>
      </w:pPr>
      <w:hyperlink r:id="rId6" w:history="1">
        <w:r w:rsidR="008235C8" w:rsidRPr="008235C8">
          <w:rPr>
            <w:rFonts w:eastAsia="Calibri"/>
            <w:b/>
            <w:bCs/>
            <w:kern w:val="2"/>
            <w:szCs w:val="28"/>
            <w:u w:val="single"/>
            <w:lang w:val="ru-RU"/>
            <w14:ligatures w14:val="standardContextual"/>
          </w:rPr>
          <w:t>https://fesmu.ktalk.ru/az</w:t>
        </w:r>
      </w:hyperlink>
      <w:r w:rsidR="008235C8" w:rsidRPr="008235C8">
        <w:rPr>
          <w:rFonts w:eastAsia="Calibri"/>
          <w:b/>
          <w:bCs/>
          <w:kern w:val="2"/>
          <w:szCs w:val="28"/>
          <w:lang w:val="ru-RU"/>
          <w14:ligatures w14:val="standardContextual"/>
        </w:rPr>
        <w:t xml:space="preserve"> </w:t>
      </w:r>
    </w:p>
    <w:p w:rsidR="008235C8" w:rsidRPr="008235C8" w:rsidRDefault="008235C8" w:rsidP="008235C8">
      <w:pPr>
        <w:spacing w:after="0" w:line="240" w:lineRule="auto"/>
        <w:ind w:right="-1"/>
        <w:rPr>
          <w:rFonts w:eastAsia="Times New Roman"/>
          <w:b/>
          <w:bCs/>
          <w:szCs w:val="28"/>
          <w:lang w:val="ru-RU" w:eastAsia="ru-RU"/>
        </w:rPr>
      </w:pPr>
    </w:p>
    <w:p w:rsidR="00A91C92" w:rsidRPr="00A91C92" w:rsidRDefault="00A91C92" w:rsidP="008235C8">
      <w:pPr>
        <w:spacing w:after="0" w:line="240" w:lineRule="auto"/>
        <w:ind w:right="-1"/>
        <w:jc w:val="both"/>
        <w:rPr>
          <w:rFonts w:eastAsia="Arial Unicode MS"/>
          <w:b/>
          <w:bCs/>
          <w:i/>
          <w:szCs w:val="28"/>
          <w:lang w:val="ru-RU" w:eastAsia="ru-RU"/>
        </w:rPr>
      </w:pPr>
    </w:p>
    <w:p w:rsidR="008235C8" w:rsidRPr="008235C8" w:rsidRDefault="008235C8" w:rsidP="008235C8">
      <w:pPr>
        <w:spacing w:after="0" w:line="240" w:lineRule="auto"/>
        <w:ind w:right="-1"/>
        <w:jc w:val="both"/>
        <w:rPr>
          <w:rFonts w:eastAsia="Times New Roman"/>
          <w:b/>
          <w:bCs/>
          <w:szCs w:val="28"/>
          <w:lang w:val="ru-RU" w:eastAsia="ru-RU"/>
        </w:rPr>
      </w:pPr>
      <w:r w:rsidRPr="008235C8">
        <w:rPr>
          <w:rFonts w:eastAsia="Arial Unicode MS"/>
          <w:b/>
          <w:bCs/>
          <w:szCs w:val="28"/>
          <w:lang w:val="ru-RU" w:eastAsia="ru-RU"/>
        </w:rPr>
        <w:t>Председатель – Костенко Дмитрий Юрьевич, к.м.н., доцент</w:t>
      </w:r>
      <w:r w:rsidR="00125BD7">
        <w:rPr>
          <w:rFonts w:eastAsia="Arial Unicode MS"/>
          <w:b/>
          <w:bCs/>
          <w:szCs w:val="28"/>
          <w:lang w:val="ru-RU" w:eastAsia="ru-RU"/>
        </w:rPr>
        <w:t xml:space="preserve"> кафедры факультетской и поликлинической терапии с курсом эндокринологии </w:t>
      </w:r>
    </w:p>
    <w:p w:rsidR="008235C8" w:rsidRPr="008235C8" w:rsidRDefault="008235C8" w:rsidP="008235C8">
      <w:pPr>
        <w:spacing w:after="0" w:line="240" w:lineRule="auto"/>
        <w:ind w:right="-1"/>
        <w:jc w:val="both"/>
        <w:rPr>
          <w:rFonts w:eastAsia="Times New Roman"/>
          <w:b/>
          <w:bCs/>
          <w:szCs w:val="28"/>
          <w:lang w:val="ru-RU" w:eastAsia="ru-RU"/>
        </w:rPr>
      </w:pPr>
    </w:p>
    <w:p w:rsidR="008235C8" w:rsidRDefault="008235C8" w:rsidP="008235C8">
      <w:pPr>
        <w:spacing w:after="0" w:line="240" w:lineRule="auto"/>
        <w:ind w:right="-1"/>
        <w:jc w:val="both"/>
        <w:rPr>
          <w:rFonts w:eastAsia="Arial Unicode MS"/>
          <w:b/>
          <w:bCs/>
          <w:szCs w:val="28"/>
          <w:lang w:val="ru-RU" w:eastAsia="ru-RU"/>
        </w:rPr>
      </w:pPr>
      <w:r w:rsidRPr="008235C8">
        <w:rPr>
          <w:rFonts w:eastAsia="Arial Unicode MS"/>
          <w:b/>
          <w:bCs/>
          <w:szCs w:val="28"/>
          <w:lang w:val="ru-RU" w:eastAsia="ru-RU"/>
        </w:rPr>
        <w:t xml:space="preserve">Куратор направления – </w:t>
      </w:r>
      <w:proofErr w:type="spellStart"/>
      <w:r w:rsidRPr="008235C8">
        <w:rPr>
          <w:rFonts w:eastAsia="Arial Unicode MS"/>
          <w:b/>
          <w:bCs/>
          <w:szCs w:val="28"/>
          <w:lang w:val="ru-RU" w:eastAsia="ru-RU"/>
        </w:rPr>
        <w:t>Вердиева</w:t>
      </w:r>
      <w:proofErr w:type="spellEnd"/>
      <w:r w:rsidRPr="008235C8">
        <w:rPr>
          <w:rFonts w:eastAsia="Arial Unicode MS"/>
          <w:b/>
          <w:bCs/>
          <w:szCs w:val="28"/>
          <w:lang w:val="ru-RU" w:eastAsia="ru-RU"/>
        </w:rPr>
        <w:t xml:space="preserve"> Ангелина </w:t>
      </w:r>
      <w:proofErr w:type="spellStart"/>
      <w:r w:rsidRPr="008235C8">
        <w:rPr>
          <w:rFonts w:eastAsia="Arial Unicode MS"/>
          <w:b/>
          <w:bCs/>
          <w:szCs w:val="28"/>
          <w:lang w:val="ru-RU" w:eastAsia="ru-RU"/>
        </w:rPr>
        <w:t>Гиясовна</w:t>
      </w:r>
      <w:proofErr w:type="spellEnd"/>
      <w:r w:rsidRPr="008235C8">
        <w:rPr>
          <w:rFonts w:eastAsia="Arial Unicode MS"/>
          <w:b/>
          <w:bCs/>
          <w:szCs w:val="28"/>
          <w:lang w:val="ru-RU" w:eastAsia="ru-RU"/>
        </w:rPr>
        <w:t>, член совета НОМУС</w:t>
      </w:r>
      <w:r w:rsidR="00125BD7">
        <w:rPr>
          <w:rFonts w:eastAsia="Arial Unicode MS"/>
          <w:b/>
          <w:bCs/>
          <w:szCs w:val="28"/>
          <w:lang w:val="ru-RU" w:eastAsia="ru-RU"/>
        </w:rPr>
        <w:t xml:space="preserve"> ДВГМУ</w:t>
      </w:r>
    </w:p>
    <w:p w:rsidR="008235C8" w:rsidRPr="008235C8" w:rsidRDefault="008235C8" w:rsidP="008235C8">
      <w:pPr>
        <w:spacing w:after="0" w:line="240" w:lineRule="auto"/>
        <w:rPr>
          <w:lang w:val="ru-RU"/>
        </w:rPr>
      </w:pPr>
    </w:p>
    <w:p w:rsidR="00FC19A5" w:rsidRPr="00FC19A5" w:rsidRDefault="00FC19A5" w:rsidP="00FC19A5">
      <w:pPr>
        <w:spacing w:after="0" w:line="240" w:lineRule="auto"/>
        <w:rPr>
          <w:lang w:val="ru-RU"/>
        </w:rPr>
      </w:pPr>
      <w:r w:rsidRPr="00FC19A5">
        <w:rPr>
          <w:lang w:val="ru-RU"/>
        </w:rPr>
        <w:t>15:00-15:10</w:t>
      </w:r>
    </w:p>
    <w:p w:rsidR="00FC19A5" w:rsidRPr="00FC19A5" w:rsidRDefault="00FC19A5" w:rsidP="00FC19A5">
      <w:pPr>
        <w:spacing w:after="0" w:line="240" w:lineRule="auto"/>
        <w:rPr>
          <w:lang w:val="ru-RU"/>
        </w:rPr>
      </w:pPr>
      <w:r w:rsidRPr="00FC19A5">
        <w:rPr>
          <w:lang w:val="ru-RU"/>
        </w:rPr>
        <w:t>Вступительное слово, представление председателя и куратора секции, представление членов жюри, информация о призах.</w:t>
      </w:r>
    </w:p>
    <w:p w:rsidR="00FC19A5" w:rsidRPr="00FC19A5" w:rsidRDefault="00FC19A5" w:rsidP="00FC19A5">
      <w:pPr>
        <w:spacing w:after="0" w:line="240" w:lineRule="auto"/>
        <w:rPr>
          <w:b/>
          <w:lang w:val="ru-RU"/>
        </w:rPr>
      </w:pPr>
    </w:p>
    <w:p w:rsidR="00F35FF9" w:rsidRPr="00FC19A5" w:rsidRDefault="00FC19A5">
      <w:pPr>
        <w:spacing w:after="0" w:line="240" w:lineRule="auto"/>
        <w:rPr>
          <w:lang w:val="ru-RU"/>
        </w:rPr>
      </w:pPr>
      <w:r w:rsidRPr="00FC19A5">
        <w:rPr>
          <w:lang w:val="ru-RU"/>
        </w:rPr>
        <w:t>15:10-15:20</w:t>
      </w:r>
    </w:p>
    <w:p w:rsidR="007E408E" w:rsidRDefault="00AE6F52">
      <w:pPr>
        <w:spacing w:after="0" w:line="240" w:lineRule="auto"/>
        <w:rPr>
          <w:b/>
          <w:lang w:val="ru-RU"/>
        </w:rPr>
      </w:pPr>
      <w:r w:rsidRPr="00AE6F52">
        <w:rPr>
          <w:b/>
          <w:lang w:val="ru-RU"/>
        </w:rPr>
        <w:t>К</w:t>
      </w:r>
      <w:r w:rsidR="00125BD7">
        <w:rPr>
          <w:b/>
          <w:lang w:val="ru-RU"/>
        </w:rPr>
        <w:t xml:space="preserve"> 130-ЛЕТИЮ СО ДНЯ РОЖДЕНИЯ </w:t>
      </w:r>
      <w:r w:rsidR="00A01944">
        <w:rPr>
          <w:b/>
          <w:lang w:val="ru-RU"/>
        </w:rPr>
        <w:t>НИКОЛАЯ</w:t>
      </w:r>
      <w:r w:rsidR="00125BD7" w:rsidRPr="00125BD7">
        <w:rPr>
          <w:b/>
          <w:lang w:val="ru-RU"/>
        </w:rPr>
        <w:t xml:space="preserve"> ЕВГЕНЬЕВИЧ</w:t>
      </w:r>
      <w:r w:rsidR="00A01944">
        <w:rPr>
          <w:b/>
          <w:lang w:val="ru-RU"/>
        </w:rPr>
        <w:t>А</w:t>
      </w:r>
      <w:r w:rsidR="00125BD7">
        <w:rPr>
          <w:b/>
          <w:lang w:val="ru-RU"/>
        </w:rPr>
        <w:t xml:space="preserve"> </w:t>
      </w:r>
      <w:r w:rsidRPr="00AE6F52">
        <w:rPr>
          <w:b/>
          <w:lang w:val="ru-RU"/>
        </w:rPr>
        <w:t>КАВЕЦКОГО</w:t>
      </w:r>
    </w:p>
    <w:p w:rsidR="00AE6F52" w:rsidRPr="00AE6F52" w:rsidRDefault="00AE6F52">
      <w:pPr>
        <w:spacing w:after="0" w:line="240" w:lineRule="auto"/>
        <w:rPr>
          <w:lang w:val="ru-RU"/>
        </w:rPr>
      </w:pPr>
      <w:proofErr w:type="spellStart"/>
      <w:r w:rsidRPr="00AE6F52">
        <w:rPr>
          <w:lang w:val="ru-RU"/>
        </w:rPr>
        <w:t>Вердиева</w:t>
      </w:r>
      <w:proofErr w:type="spellEnd"/>
      <w:r w:rsidRPr="00AE6F52">
        <w:rPr>
          <w:lang w:val="ru-RU"/>
        </w:rPr>
        <w:t xml:space="preserve"> Ангелина </w:t>
      </w:r>
      <w:proofErr w:type="spellStart"/>
      <w:r w:rsidRPr="00AE6F52">
        <w:rPr>
          <w:lang w:val="ru-RU"/>
        </w:rPr>
        <w:t>Гиясовна</w:t>
      </w:r>
      <w:proofErr w:type="spellEnd"/>
      <w:r w:rsidR="00B02D28">
        <w:rPr>
          <w:lang w:val="ru-RU"/>
        </w:rPr>
        <w:t xml:space="preserve"> (лечебный факультет</w:t>
      </w:r>
      <w:r w:rsidR="00FC19A5">
        <w:rPr>
          <w:lang w:val="ru-RU"/>
        </w:rPr>
        <w:t>,</w:t>
      </w:r>
      <w:r>
        <w:rPr>
          <w:lang w:val="ru-RU"/>
        </w:rPr>
        <w:t xml:space="preserve"> 6 курс)</w:t>
      </w:r>
    </w:p>
    <w:p w:rsidR="00B96B25" w:rsidRPr="00AE6F52" w:rsidRDefault="00AE6F52">
      <w:pPr>
        <w:spacing w:after="0" w:line="240" w:lineRule="auto"/>
        <w:rPr>
          <w:lang w:val="ru-RU"/>
        </w:rPr>
      </w:pPr>
      <w:r w:rsidRPr="00AE6F52">
        <w:rPr>
          <w:lang w:val="ru-RU"/>
        </w:rPr>
        <w:t>Дальневосточный государственный медицинский университет, г. Хабаровск</w:t>
      </w:r>
    </w:p>
    <w:p w:rsidR="00190CAB" w:rsidRDefault="00190CAB" w:rsidP="00FC19A5">
      <w:pPr>
        <w:spacing w:after="0" w:line="240" w:lineRule="auto"/>
        <w:rPr>
          <w:lang w:val="ru-RU"/>
        </w:rPr>
      </w:pPr>
    </w:p>
    <w:p w:rsidR="00AE6F52" w:rsidRPr="00FC19A5" w:rsidRDefault="00FC19A5" w:rsidP="00FC19A5">
      <w:pPr>
        <w:spacing w:after="0" w:line="240" w:lineRule="auto"/>
        <w:rPr>
          <w:lang w:val="ru-RU"/>
        </w:rPr>
      </w:pPr>
      <w:r w:rsidRPr="00FC19A5">
        <w:rPr>
          <w:lang w:val="ru-RU"/>
        </w:rPr>
        <w:t>15:20-15:25 + 15 мин. на дискуссию</w:t>
      </w:r>
    </w:p>
    <w:p w:rsidR="00190CAB" w:rsidRDefault="00190CAB">
      <w:pPr>
        <w:spacing w:after="0" w:line="240" w:lineRule="auto"/>
        <w:rPr>
          <w:lang w:val="ru-RU"/>
        </w:rPr>
      </w:pPr>
      <w:r w:rsidRPr="00190CAB">
        <w:rPr>
          <w:b/>
          <w:lang w:val="ru-RU"/>
        </w:rPr>
        <w:lastRenderedPageBreak/>
        <w:t>АНАЛИЗ ЭКГ И УЗИ ДАННЫХ В ДИАГНОСТИКЕ ТЭЛА</w:t>
      </w:r>
      <w:r w:rsidRPr="00190CAB">
        <w:rPr>
          <w:b/>
          <w:lang w:val="ru-RU"/>
        </w:rPr>
        <w:br/>
      </w:r>
      <w:r w:rsidRPr="00190CAB">
        <w:rPr>
          <w:lang w:val="ru-RU"/>
        </w:rPr>
        <w:t>Шарашкина Таисия Александровна, Родионова Виктория Александровна (лечебный факультет, 5 курс)</w:t>
      </w:r>
      <w:r w:rsidRPr="00190CAB">
        <w:rPr>
          <w:lang w:val="ru-RU"/>
        </w:rPr>
        <w:br/>
        <w:t xml:space="preserve">Научный руководитель: </w:t>
      </w:r>
      <w:proofErr w:type="spellStart"/>
      <w:r w:rsidRPr="00190CAB">
        <w:rPr>
          <w:lang w:val="ru-RU"/>
        </w:rPr>
        <w:t>Кейзер</w:t>
      </w:r>
      <w:proofErr w:type="spellEnd"/>
      <w:r w:rsidRPr="00190CAB">
        <w:rPr>
          <w:lang w:val="ru-RU"/>
        </w:rPr>
        <w:t xml:space="preserve"> Наталья Петровна, к.м.н., доцент кафедры факультетской и поликлинической терапии с курсом эндокринологии</w:t>
      </w:r>
    </w:p>
    <w:p w:rsidR="003C18B1" w:rsidRDefault="003C18B1">
      <w:pPr>
        <w:spacing w:after="0" w:line="240" w:lineRule="auto"/>
        <w:rPr>
          <w:lang w:val="ru-RU"/>
        </w:rPr>
      </w:pPr>
      <w:r w:rsidRPr="003C18B1">
        <w:rPr>
          <w:lang w:val="ru-RU"/>
        </w:rPr>
        <w:t>Дальневосточный государственный медицинский университет, г. Хабаровск</w:t>
      </w:r>
    </w:p>
    <w:p w:rsidR="00190CAB" w:rsidRPr="00190CAB" w:rsidRDefault="00190CAB">
      <w:pPr>
        <w:spacing w:after="0" w:line="240" w:lineRule="auto"/>
        <w:rPr>
          <w:b/>
          <w:lang w:val="ru-RU"/>
        </w:rPr>
      </w:pPr>
    </w:p>
    <w:p w:rsidR="00190CAB" w:rsidRPr="00190CAB" w:rsidRDefault="00190CAB">
      <w:pPr>
        <w:spacing w:after="0" w:line="240" w:lineRule="auto"/>
        <w:rPr>
          <w:lang w:val="ru-RU"/>
        </w:rPr>
      </w:pPr>
      <w:r w:rsidRPr="00190CAB">
        <w:rPr>
          <w:lang w:val="ru-RU"/>
        </w:rPr>
        <w:t>15:40-15:45 + 15 мин. на дискуссию</w:t>
      </w:r>
    </w:p>
    <w:p w:rsidR="00C06D1F" w:rsidRPr="00F35FF9" w:rsidRDefault="00ED50CE">
      <w:pPr>
        <w:spacing w:after="0" w:line="240" w:lineRule="auto"/>
        <w:rPr>
          <w:lang w:val="ru-RU"/>
        </w:rPr>
      </w:pPr>
      <w:r w:rsidRPr="00F35FF9">
        <w:rPr>
          <w:b/>
          <w:lang w:val="ru-RU"/>
        </w:rPr>
        <w:t>ГЕОМЕТРИЧЕСКИЕ И ЭЛЕКТРОКАРДИОГРАФИЧЕСКИЕ СОПОСТАВЛЕНИЯ ПРИ ГИПЕРТРОФИИ ЛЕВОГО ЖЕЛУДОЧКА</w:t>
      </w:r>
    </w:p>
    <w:p w:rsidR="00C06D1F" w:rsidRPr="00F35FF9" w:rsidRDefault="00ED50CE">
      <w:pPr>
        <w:spacing w:after="0" w:line="240" w:lineRule="auto"/>
        <w:rPr>
          <w:lang w:val="ru-RU"/>
        </w:rPr>
      </w:pPr>
      <w:r w:rsidRPr="00F35FF9">
        <w:rPr>
          <w:lang w:val="ru-RU"/>
        </w:rPr>
        <w:t>Зырянова Анастасия</w:t>
      </w:r>
      <w:r w:rsidR="00826C52">
        <w:rPr>
          <w:lang w:val="ru-RU"/>
        </w:rPr>
        <w:t xml:space="preserve"> Валерьевна (лечебный факультет</w:t>
      </w:r>
      <w:r w:rsidR="00FC19A5" w:rsidRPr="00FC19A5">
        <w:rPr>
          <w:lang w:val="ru-RU"/>
        </w:rPr>
        <w:t>,</w:t>
      </w:r>
      <w:r w:rsidRPr="00F35FF9">
        <w:rPr>
          <w:lang w:val="ru-RU"/>
        </w:rPr>
        <w:t xml:space="preserve"> 6 курс)</w:t>
      </w:r>
    </w:p>
    <w:p w:rsidR="00C06D1F" w:rsidRPr="00F35FF9" w:rsidRDefault="00ED50CE">
      <w:pPr>
        <w:spacing w:after="0" w:line="240" w:lineRule="auto"/>
        <w:rPr>
          <w:lang w:val="ru-RU"/>
        </w:rPr>
      </w:pPr>
      <w:r w:rsidRPr="00F35FF9">
        <w:rPr>
          <w:lang w:val="ru-RU"/>
        </w:rPr>
        <w:t>Научный руководитель: Федорченко Юрий Леонидови</w:t>
      </w:r>
      <w:r w:rsidR="00BD2CD3">
        <w:rPr>
          <w:lang w:val="ru-RU"/>
        </w:rPr>
        <w:t>ч, д.м.н., профессор</w:t>
      </w:r>
      <w:r w:rsidRPr="00F35FF9">
        <w:rPr>
          <w:lang w:val="ru-RU"/>
        </w:rPr>
        <w:t xml:space="preserve"> кафедр</w:t>
      </w:r>
      <w:r w:rsidR="00BD2CD3">
        <w:rPr>
          <w:lang w:val="ru-RU"/>
        </w:rPr>
        <w:t>ы</w:t>
      </w:r>
      <w:r w:rsidRPr="00F35FF9">
        <w:rPr>
          <w:lang w:val="ru-RU"/>
        </w:rPr>
        <w:t xml:space="preserve"> факультетской и поликлинической терапии</w:t>
      </w:r>
      <w:r w:rsidR="00190CAB">
        <w:rPr>
          <w:lang w:val="ru-RU"/>
        </w:rPr>
        <w:t xml:space="preserve"> с курсом эндокринологии</w:t>
      </w:r>
    </w:p>
    <w:p w:rsidR="00C06D1F" w:rsidRDefault="00ED50CE">
      <w:pPr>
        <w:spacing w:after="0" w:line="240" w:lineRule="auto"/>
        <w:rPr>
          <w:lang w:val="ru-RU"/>
        </w:rPr>
      </w:pPr>
      <w:r w:rsidRPr="00F35FF9">
        <w:rPr>
          <w:lang w:val="ru-RU"/>
        </w:rPr>
        <w:t>Дальневосточный государственный медицинский университет, г. Хабаровск</w:t>
      </w:r>
    </w:p>
    <w:p w:rsidR="00190CAB" w:rsidRPr="00F35FF9" w:rsidRDefault="00190CAB">
      <w:pPr>
        <w:spacing w:after="0" w:line="240" w:lineRule="auto"/>
        <w:rPr>
          <w:lang w:val="ru-RU"/>
        </w:rPr>
      </w:pPr>
    </w:p>
    <w:p w:rsidR="00C06D1F" w:rsidRDefault="00190CAB">
      <w:pPr>
        <w:spacing w:after="0" w:line="240" w:lineRule="auto"/>
        <w:rPr>
          <w:lang w:val="ru-RU"/>
        </w:rPr>
      </w:pPr>
      <w:r w:rsidRPr="00190CAB">
        <w:rPr>
          <w:lang w:val="ru-RU"/>
        </w:rPr>
        <w:t>16:00-16:05 + 15 мин. на дискуссию</w:t>
      </w:r>
    </w:p>
    <w:p w:rsidR="005B66C9" w:rsidRPr="005B66C9" w:rsidRDefault="005B66C9" w:rsidP="005B66C9">
      <w:pPr>
        <w:spacing w:after="0" w:line="240" w:lineRule="auto"/>
        <w:rPr>
          <w:b/>
          <w:lang w:val="ru-RU"/>
        </w:rPr>
      </w:pPr>
      <w:r w:rsidRPr="005B66C9">
        <w:rPr>
          <w:b/>
          <w:lang w:val="ru-RU"/>
        </w:rPr>
        <w:t>КОЖНЫЕ ПРОЯВЛЕНИЯ ЗАБОЛЕВАНИЙ ЖЕЛУДОЧНО-КИШЕЧНОГО ТРАКТА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proofErr w:type="spellStart"/>
      <w:r w:rsidRPr="005B66C9">
        <w:rPr>
          <w:lang w:val="ru-RU"/>
        </w:rPr>
        <w:t>Сапега</w:t>
      </w:r>
      <w:proofErr w:type="spellEnd"/>
      <w:r w:rsidRPr="005B66C9">
        <w:rPr>
          <w:lang w:val="ru-RU"/>
        </w:rPr>
        <w:t xml:space="preserve"> Татьяна Николаевна, Колесников Артём Константинович (педиатрический факультет, 5 курс)</w:t>
      </w:r>
    </w:p>
    <w:p w:rsid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lang w:val="ru-RU"/>
        </w:rPr>
        <w:t>Научный руководитель: Казакевич Наталья Васильевна, к.м.н., доцент зав. кафедры терапии педиатрического и стоматологического факультетов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lang w:val="ru-RU"/>
        </w:rPr>
        <w:t>Дальневосточный государственный медицинский университет, г. Хабаровск</w:t>
      </w:r>
      <w:bookmarkStart w:id="0" w:name="_GoBack"/>
      <w:bookmarkEnd w:id="0"/>
    </w:p>
    <w:p w:rsidR="00190CAB" w:rsidRDefault="00190CAB" w:rsidP="00AE6F52">
      <w:pPr>
        <w:spacing w:after="0" w:line="240" w:lineRule="auto"/>
        <w:rPr>
          <w:lang w:val="ru-RU"/>
        </w:rPr>
      </w:pPr>
    </w:p>
    <w:p w:rsidR="00AE6F52" w:rsidRDefault="00190CAB">
      <w:pPr>
        <w:spacing w:after="0" w:line="240" w:lineRule="auto"/>
        <w:rPr>
          <w:lang w:val="ru-RU"/>
        </w:rPr>
      </w:pPr>
      <w:r w:rsidRPr="00190CAB">
        <w:rPr>
          <w:lang w:val="ru-RU"/>
        </w:rPr>
        <w:t>16:20-16:25 + 15 мин. на дискуссию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b/>
          <w:lang w:val="ru-RU"/>
        </w:rPr>
        <w:t>РАЗРАБОТКА БАЛЛЬНОЙ ШКАЛЫ ДИФФЕРЕНЦИАЛЬНОЙ ДИАГНОСТИКИ ВНЕБОЛЬНИЧНОЙ ПНЕВМОНИИ И COVID-19 У МУЖЧИН МОЛОДОГО ВОЗРАСТА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lang w:val="ru-RU"/>
        </w:rPr>
        <w:t>Карел Алина Александровна, Долгова Екатерина Алексеевна (лечебный факультет, 4 курс)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lang w:val="ru-RU"/>
        </w:rPr>
        <w:t>Научный руководитель: Мамровская Татьяна Петровна, к.м.н., доцент кафедры пропедевтики внутренних болезней</w:t>
      </w:r>
    </w:p>
    <w:p w:rsidR="005B66C9" w:rsidRPr="005B66C9" w:rsidRDefault="005B66C9" w:rsidP="005B66C9">
      <w:pPr>
        <w:spacing w:after="0" w:line="240" w:lineRule="auto"/>
        <w:rPr>
          <w:lang w:val="ru-RU"/>
        </w:rPr>
      </w:pPr>
      <w:r w:rsidRPr="005B66C9">
        <w:rPr>
          <w:lang w:val="ru-RU"/>
        </w:rPr>
        <w:lastRenderedPageBreak/>
        <w:t>Дальневосточный государственный медицинский университет, г. Хабаровск</w:t>
      </w:r>
    </w:p>
    <w:p w:rsidR="005F1A10" w:rsidRDefault="005F1A10" w:rsidP="005F1A10">
      <w:pPr>
        <w:spacing w:after="0" w:line="240" w:lineRule="auto"/>
        <w:rPr>
          <w:lang w:val="ru-RU"/>
        </w:rPr>
      </w:pPr>
    </w:p>
    <w:p w:rsidR="005F1A10" w:rsidRDefault="005F1A10">
      <w:pPr>
        <w:spacing w:after="0" w:line="240" w:lineRule="auto"/>
        <w:rPr>
          <w:lang w:val="ru-RU"/>
        </w:rPr>
      </w:pPr>
      <w:r w:rsidRPr="005F1A10">
        <w:rPr>
          <w:lang w:val="ru-RU"/>
        </w:rPr>
        <w:t>16:40-16:45 + 15 мин. на дискуссию</w:t>
      </w:r>
    </w:p>
    <w:p w:rsidR="00190CAB" w:rsidRPr="00190CAB" w:rsidRDefault="00190CAB" w:rsidP="00190CAB">
      <w:pPr>
        <w:spacing w:after="0" w:line="240" w:lineRule="auto"/>
        <w:rPr>
          <w:b/>
          <w:lang w:val="ru-RU"/>
        </w:rPr>
      </w:pPr>
      <w:r w:rsidRPr="00190CAB">
        <w:rPr>
          <w:b/>
          <w:lang w:val="ru-RU"/>
        </w:rPr>
        <w:t>КЛИНИЧЕСКОЕ МНОГООБРАЗИЕ СИСТЕМНОЙ КРАСНОЙ ВОЛЧАНКИ, ТРУДНОСТИ ДИАГНОСТИКИ</w:t>
      </w:r>
    </w:p>
    <w:p w:rsidR="00190CAB" w:rsidRPr="00190CAB" w:rsidRDefault="00190CAB" w:rsidP="00190CAB">
      <w:pPr>
        <w:spacing w:after="0" w:line="240" w:lineRule="auto"/>
        <w:rPr>
          <w:lang w:val="ru-RU"/>
        </w:rPr>
      </w:pPr>
      <w:proofErr w:type="spellStart"/>
      <w:r w:rsidRPr="00190CAB">
        <w:rPr>
          <w:lang w:val="ru-RU"/>
        </w:rPr>
        <w:t>Гнускова</w:t>
      </w:r>
      <w:proofErr w:type="spellEnd"/>
      <w:r w:rsidRPr="00190CAB">
        <w:rPr>
          <w:lang w:val="ru-RU"/>
        </w:rPr>
        <w:t xml:space="preserve"> Полина Константиновна (педиатрический факультет, 6 курс)</w:t>
      </w:r>
    </w:p>
    <w:p w:rsidR="00190CAB" w:rsidRPr="00190CAB" w:rsidRDefault="00190CAB" w:rsidP="00190CAB">
      <w:pPr>
        <w:spacing w:after="0" w:line="240" w:lineRule="auto"/>
        <w:rPr>
          <w:lang w:val="ru-RU"/>
        </w:rPr>
      </w:pPr>
      <w:r w:rsidRPr="00190CAB">
        <w:rPr>
          <w:lang w:val="ru-RU"/>
        </w:rPr>
        <w:t>Научный руководитель: Казакевич Наталья Васильевна, к.м.н., доцент зав. кафедры терапии педиатрического и стоматологического факультетов</w:t>
      </w:r>
    </w:p>
    <w:p w:rsidR="00190CAB" w:rsidRDefault="00190CAB">
      <w:pPr>
        <w:spacing w:after="0" w:line="240" w:lineRule="auto"/>
        <w:rPr>
          <w:lang w:val="ru-RU"/>
        </w:rPr>
      </w:pPr>
      <w:r w:rsidRPr="00190CAB">
        <w:rPr>
          <w:lang w:val="ru-RU"/>
        </w:rPr>
        <w:t>Дальневосточный государственный медицинский университет, г. Хабаровск</w:t>
      </w:r>
    </w:p>
    <w:p w:rsidR="005F1A10" w:rsidRDefault="005F1A10">
      <w:pPr>
        <w:spacing w:after="0" w:line="240" w:lineRule="auto"/>
        <w:rPr>
          <w:b/>
          <w:lang w:val="ru-RU"/>
        </w:rPr>
      </w:pPr>
    </w:p>
    <w:p w:rsidR="005F1A10" w:rsidRPr="005F1A10" w:rsidRDefault="005F1A10">
      <w:pPr>
        <w:spacing w:after="0" w:line="240" w:lineRule="auto"/>
        <w:rPr>
          <w:lang w:val="ru-RU"/>
        </w:rPr>
      </w:pPr>
      <w:r w:rsidRPr="005F1A10">
        <w:rPr>
          <w:lang w:val="ru-RU"/>
        </w:rPr>
        <w:t>17:00-17:05 + 15 мин. на дискуссию</w:t>
      </w:r>
    </w:p>
    <w:p w:rsidR="004D6439" w:rsidRPr="004D6439" w:rsidRDefault="00ED50CE">
      <w:pPr>
        <w:spacing w:after="0" w:line="240" w:lineRule="auto"/>
        <w:rPr>
          <w:b/>
          <w:lang w:val="ru-RU"/>
        </w:rPr>
      </w:pPr>
      <w:r w:rsidRPr="00F35FF9">
        <w:rPr>
          <w:b/>
          <w:lang w:val="ru-RU"/>
        </w:rPr>
        <w:t xml:space="preserve">КЛИНИЧЕСКИЕ РЕКОМЕНДАЦИИ ПО </w:t>
      </w:r>
      <w:r w:rsidR="004D6439" w:rsidRPr="00F35FF9">
        <w:rPr>
          <w:b/>
          <w:lang w:val="ru-RU"/>
        </w:rPr>
        <w:t>НАПРАВЛЕНИЮ БЕРЕМЕННЫХ</w:t>
      </w:r>
      <w:r w:rsidRPr="00F35FF9">
        <w:rPr>
          <w:b/>
          <w:lang w:val="ru-RU"/>
        </w:rPr>
        <w:t xml:space="preserve"> К </w:t>
      </w:r>
      <w:r w:rsidR="004D6439" w:rsidRPr="00F35FF9">
        <w:rPr>
          <w:b/>
          <w:lang w:val="ru-RU"/>
        </w:rPr>
        <w:t>ТЕРАПЕВТУ: ОРГАНИЗАЦИЯ</w:t>
      </w:r>
      <w:r w:rsidRPr="00F35FF9">
        <w:rPr>
          <w:b/>
          <w:lang w:val="ru-RU"/>
        </w:rPr>
        <w:t xml:space="preserve"> И АНАЛИЗ ПОСЕЩЕНИЙ</w:t>
      </w:r>
    </w:p>
    <w:p w:rsidR="00C06D1F" w:rsidRPr="00F35FF9" w:rsidRDefault="004D6439">
      <w:pPr>
        <w:spacing w:after="0" w:line="240" w:lineRule="auto"/>
        <w:rPr>
          <w:lang w:val="ru-RU"/>
        </w:rPr>
      </w:pPr>
      <w:r>
        <w:rPr>
          <w:lang w:val="ru-RU"/>
        </w:rPr>
        <w:t xml:space="preserve">Макарова Эльвира Константиновна, </w:t>
      </w:r>
      <w:proofErr w:type="spellStart"/>
      <w:r w:rsidR="00ED50CE" w:rsidRPr="00F35FF9">
        <w:rPr>
          <w:lang w:val="ru-RU"/>
        </w:rPr>
        <w:t>Мангутова</w:t>
      </w:r>
      <w:proofErr w:type="spellEnd"/>
      <w:r w:rsidR="00ED50CE" w:rsidRPr="00F35FF9">
        <w:rPr>
          <w:lang w:val="ru-RU"/>
        </w:rPr>
        <w:t xml:space="preserve"> Юлия Евгеньев</w:t>
      </w:r>
      <w:r w:rsidR="00826C52">
        <w:rPr>
          <w:lang w:val="ru-RU"/>
        </w:rPr>
        <w:t>на. (лечебный факультет</w:t>
      </w:r>
      <w:r w:rsidR="00FC19A5" w:rsidRPr="00FC19A5">
        <w:rPr>
          <w:lang w:val="ru-RU"/>
        </w:rPr>
        <w:t>,</w:t>
      </w:r>
      <w:r w:rsidR="00826C52">
        <w:rPr>
          <w:lang w:val="ru-RU"/>
        </w:rPr>
        <w:t xml:space="preserve"> </w:t>
      </w:r>
      <w:r>
        <w:rPr>
          <w:lang w:val="ru-RU"/>
        </w:rPr>
        <w:t xml:space="preserve">6 курс, </w:t>
      </w:r>
      <w:r w:rsidR="00ED50CE" w:rsidRPr="00F35FF9">
        <w:rPr>
          <w:lang w:val="ru-RU"/>
        </w:rPr>
        <w:t>педиатрический факультет</w:t>
      </w:r>
      <w:r w:rsidR="00FC19A5">
        <w:rPr>
          <w:lang w:val="ru-RU"/>
        </w:rPr>
        <w:t>,</w:t>
      </w:r>
      <w:r w:rsidR="00ED50CE" w:rsidRPr="00F35FF9">
        <w:rPr>
          <w:lang w:val="ru-RU"/>
        </w:rPr>
        <w:t xml:space="preserve"> 6 курс)</w:t>
      </w:r>
    </w:p>
    <w:p w:rsidR="00C06D1F" w:rsidRPr="00F35FF9" w:rsidRDefault="00ED50CE">
      <w:pPr>
        <w:spacing w:after="0" w:line="240" w:lineRule="auto"/>
        <w:rPr>
          <w:lang w:val="ru-RU"/>
        </w:rPr>
      </w:pPr>
      <w:r w:rsidRPr="00F35FF9">
        <w:rPr>
          <w:lang w:val="ru-RU"/>
        </w:rPr>
        <w:t>Научный руководитель: Князева Татьяна Петровна,</w:t>
      </w:r>
      <w:r w:rsidR="00BD2CD3">
        <w:rPr>
          <w:lang w:val="ru-RU"/>
        </w:rPr>
        <w:t xml:space="preserve"> к.м.н., доцент кафедры</w:t>
      </w:r>
      <w:r w:rsidRPr="00F35FF9">
        <w:rPr>
          <w:lang w:val="ru-RU"/>
        </w:rPr>
        <w:t xml:space="preserve"> акушерства и гинекологии</w:t>
      </w:r>
    </w:p>
    <w:p w:rsidR="004D6439" w:rsidRDefault="00ED50CE">
      <w:pPr>
        <w:spacing w:after="0" w:line="240" w:lineRule="auto"/>
        <w:rPr>
          <w:lang w:val="ru-RU"/>
        </w:rPr>
      </w:pPr>
      <w:r w:rsidRPr="00F35FF9">
        <w:rPr>
          <w:lang w:val="ru-RU"/>
        </w:rPr>
        <w:t>Дальневосточный государственный медицинский университет, г. Хабаровск</w:t>
      </w:r>
    </w:p>
    <w:p w:rsidR="005F1A10" w:rsidRDefault="005F1A10">
      <w:pPr>
        <w:spacing w:after="0" w:line="240" w:lineRule="auto"/>
        <w:rPr>
          <w:lang w:val="ru-RU"/>
        </w:rPr>
      </w:pPr>
    </w:p>
    <w:p w:rsidR="00190CAB" w:rsidRDefault="005F1A10">
      <w:pPr>
        <w:spacing w:after="0" w:line="240" w:lineRule="auto"/>
        <w:rPr>
          <w:lang w:val="ru-RU"/>
        </w:rPr>
      </w:pPr>
      <w:r w:rsidRPr="005F1A10">
        <w:rPr>
          <w:lang w:val="ru-RU"/>
        </w:rPr>
        <w:t>17:20-17:25 + 15 мин. на дискуссию</w:t>
      </w:r>
    </w:p>
    <w:p w:rsidR="00F35FF9" w:rsidRPr="00F35FF9" w:rsidRDefault="00F35FF9" w:rsidP="00F35FF9">
      <w:pPr>
        <w:spacing w:after="0" w:line="240" w:lineRule="auto"/>
        <w:rPr>
          <w:b/>
          <w:lang w:val="ru-RU"/>
        </w:rPr>
      </w:pPr>
      <w:r w:rsidRPr="00F35FF9">
        <w:rPr>
          <w:b/>
          <w:lang w:val="ru-RU"/>
        </w:rPr>
        <w:t>АДЕКВАТНОСТЬ ГИПОЛИПИДЕМИЧЕСКОЙ ТЕРАПИИ У ПАЦИЕНТОВ С ИБС ПОЖИЛОГО И СТАРЧЕСКОГО ВОЗРАСТА</w:t>
      </w:r>
    </w:p>
    <w:p w:rsidR="00F35FF9" w:rsidRPr="00F35FF9" w:rsidRDefault="00F35FF9" w:rsidP="00F35FF9">
      <w:pPr>
        <w:spacing w:after="0" w:line="240" w:lineRule="auto"/>
        <w:rPr>
          <w:lang w:val="ru-RU"/>
        </w:rPr>
      </w:pPr>
      <w:r w:rsidRPr="00F35FF9">
        <w:rPr>
          <w:lang w:val="ru-RU"/>
        </w:rPr>
        <w:t>Колесников Артём Константинович, Иванов Артём Игоревич (педиатрический факультет</w:t>
      </w:r>
      <w:r w:rsidR="00FC19A5" w:rsidRPr="00FC19A5">
        <w:rPr>
          <w:lang w:val="ru-RU"/>
        </w:rPr>
        <w:t>,</w:t>
      </w:r>
      <w:r w:rsidRPr="00F35FF9">
        <w:rPr>
          <w:lang w:val="ru-RU"/>
        </w:rPr>
        <w:t xml:space="preserve"> 5 курс)</w:t>
      </w:r>
    </w:p>
    <w:p w:rsidR="00F35FF9" w:rsidRPr="00F35FF9" w:rsidRDefault="00F35FF9" w:rsidP="00F35FF9">
      <w:pPr>
        <w:spacing w:after="0" w:line="240" w:lineRule="auto"/>
        <w:rPr>
          <w:lang w:val="ru-RU"/>
        </w:rPr>
      </w:pPr>
      <w:r w:rsidRPr="00F35FF9">
        <w:rPr>
          <w:lang w:val="ru-RU"/>
        </w:rPr>
        <w:t>Научный руководитель: Казакевич Василий Васильевич</w:t>
      </w:r>
      <w:r w:rsidR="00BD2CD3">
        <w:rPr>
          <w:lang w:val="ru-RU"/>
        </w:rPr>
        <w:t>,</w:t>
      </w:r>
      <w:r w:rsidR="00125BD7">
        <w:rPr>
          <w:lang w:val="ru-RU"/>
        </w:rPr>
        <w:t xml:space="preserve"> к.м.н., </w:t>
      </w:r>
      <w:r w:rsidR="00DA64E6">
        <w:rPr>
          <w:lang w:val="ru-RU"/>
        </w:rPr>
        <w:t xml:space="preserve">доцент </w:t>
      </w:r>
      <w:r w:rsidR="00DA64E6" w:rsidRPr="00125BD7">
        <w:rPr>
          <w:lang w:val="ru-RU"/>
        </w:rPr>
        <w:t>кафедры</w:t>
      </w:r>
      <w:r w:rsidR="00125BD7" w:rsidRPr="00125BD7">
        <w:rPr>
          <w:lang w:val="ru-RU"/>
        </w:rPr>
        <w:t xml:space="preserve"> терапии педиатрического и стоматологического факультетов</w:t>
      </w:r>
    </w:p>
    <w:p w:rsidR="004D6439" w:rsidRDefault="00F35FF9">
      <w:pPr>
        <w:spacing w:after="0" w:line="240" w:lineRule="auto"/>
        <w:rPr>
          <w:lang w:val="ru-RU"/>
        </w:rPr>
      </w:pPr>
      <w:r w:rsidRPr="00F35FF9">
        <w:rPr>
          <w:lang w:val="ru-RU"/>
        </w:rPr>
        <w:t>Дальневосточный государственный медицинский университет, г. Хабаровск</w:t>
      </w:r>
    </w:p>
    <w:p w:rsidR="005F1A10" w:rsidRDefault="005F1A10">
      <w:pPr>
        <w:spacing w:after="0" w:line="240" w:lineRule="auto"/>
        <w:rPr>
          <w:lang w:val="ru-RU"/>
        </w:rPr>
      </w:pPr>
    </w:p>
    <w:p w:rsidR="00B96B25" w:rsidRDefault="005F1A10">
      <w:pPr>
        <w:spacing w:after="0" w:line="240" w:lineRule="auto"/>
        <w:rPr>
          <w:lang w:val="ru-RU"/>
        </w:rPr>
      </w:pPr>
      <w:r w:rsidRPr="005F1A10">
        <w:rPr>
          <w:lang w:val="ru-RU"/>
        </w:rPr>
        <w:t>17:40-17:45 + 15 мин. на дискуссию</w:t>
      </w:r>
    </w:p>
    <w:p w:rsidR="003670DD" w:rsidRPr="003670DD" w:rsidRDefault="003670DD" w:rsidP="003670DD">
      <w:pPr>
        <w:spacing w:after="0" w:line="240" w:lineRule="auto"/>
        <w:rPr>
          <w:b/>
          <w:lang w:val="ru-RU"/>
        </w:rPr>
      </w:pPr>
      <w:r w:rsidRPr="003670DD">
        <w:rPr>
          <w:b/>
          <w:lang w:val="ru-RU"/>
        </w:rPr>
        <w:t>ОЦЕНКА СИСТОЛИЧЕСКОЙ ДИСФУНКЦИИ ЛЕВОГО ЖЕЛУДОЧКА У ПАЦИЕНТОВ С ОСТРЫМ КОРОНАРНЫМ СИНДРОМОМ БЕЗ ЭЛЕВАЦИИ СЕГМЕНТА ST</w:t>
      </w:r>
    </w:p>
    <w:p w:rsidR="003670DD" w:rsidRPr="003670DD" w:rsidRDefault="003670DD" w:rsidP="003670DD">
      <w:pPr>
        <w:spacing w:after="0" w:line="240" w:lineRule="auto"/>
        <w:rPr>
          <w:lang w:val="ru-RU"/>
        </w:rPr>
      </w:pPr>
      <w:proofErr w:type="spellStart"/>
      <w:r w:rsidRPr="003670DD">
        <w:rPr>
          <w:lang w:val="ru-RU"/>
        </w:rPr>
        <w:lastRenderedPageBreak/>
        <w:t>Околитенко</w:t>
      </w:r>
      <w:proofErr w:type="spellEnd"/>
      <w:r w:rsidRPr="003670DD">
        <w:rPr>
          <w:lang w:val="ru-RU"/>
        </w:rPr>
        <w:t xml:space="preserve"> Диана Даниловна, </w:t>
      </w:r>
      <w:proofErr w:type="spellStart"/>
      <w:r w:rsidRPr="003670DD">
        <w:rPr>
          <w:lang w:val="ru-RU"/>
        </w:rPr>
        <w:t>Околитенко</w:t>
      </w:r>
      <w:proofErr w:type="spellEnd"/>
      <w:r w:rsidRPr="003670DD">
        <w:rPr>
          <w:lang w:val="ru-RU"/>
        </w:rPr>
        <w:t xml:space="preserve"> Матвей Сергеевич (</w:t>
      </w:r>
      <w:r>
        <w:rPr>
          <w:lang w:val="ru-RU"/>
        </w:rPr>
        <w:t>институт экспериментальной медицины, 6 курс</w:t>
      </w:r>
      <w:r w:rsidRPr="003670DD">
        <w:rPr>
          <w:lang w:val="ru-RU"/>
        </w:rPr>
        <w:t>)</w:t>
      </w:r>
    </w:p>
    <w:p w:rsidR="003670DD" w:rsidRPr="003670DD" w:rsidRDefault="003670DD" w:rsidP="003670DD">
      <w:pPr>
        <w:spacing w:after="0" w:line="240" w:lineRule="auto"/>
        <w:rPr>
          <w:lang w:val="ru-RU"/>
        </w:rPr>
      </w:pPr>
      <w:r w:rsidRPr="003670DD">
        <w:rPr>
          <w:lang w:val="ru-RU"/>
        </w:rPr>
        <w:t xml:space="preserve">Научный руководитель: </w:t>
      </w:r>
      <w:proofErr w:type="spellStart"/>
      <w:r w:rsidRPr="003670DD">
        <w:rPr>
          <w:lang w:val="ru-RU"/>
        </w:rPr>
        <w:t>Олесин</w:t>
      </w:r>
      <w:proofErr w:type="spellEnd"/>
      <w:r w:rsidRPr="003670DD">
        <w:rPr>
          <w:lang w:val="ru-RU"/>
        </w:rPr>
        <w:t xml:space="preserve"> Александр Иосифович, д.м.н., профессор кафедры госпитальной </w:t>
      </w:r>
      <w:r w:rsidR="00A97EA2">
        <w:rPr>
          <w:lang w:val="ru-RU"/>
        </w:rPr>
        <w:t xml:space="preserve">терапии и кардиологии им. </w:t>
      </w:r>
      <w:proofErr w:type="spellStart"/>
      <w:r w:rsidRPr="003670DD">
        <w:rPr>
          <w:lang w:val="ru-RU"/>
        </w:rPr>
        <w:t>М.С.Кушаковского</w:t>
      </w:r>
      <w:proofErr w:type="spellEnd"/>
    </w:p>
    <w:p w:rsidR="003670DD" w:rsidRDefault="003670DD" w:rsidP="003670DD">
      <w:pPr>
        <w:spacing w:after="0" w:line="240" w:lineRule="auto"/>
        <w:rPr>
          <w:lang w:val="ru-RU"/>
        </w:rPr>
      </w:pPr>
      <w:r w:rsidRPr="003670DD">
        <w:rPr>
          <w:lang w:val="ru-RU"/>
        </w:rPr>
        <w:t xml:space="preserve">Северо-западный государственный медицинский университет им И.И. Мечникова, г. Санкт-Петербург </w:t>
      </w:r>
    </w:p>
    <w:p w:rsidR="005F1A10" w:rsidRPr="003670DD" w:rsidRDefault="005F1A10" w:rsidP="003670DD">
      <w:pPr>
        <w:spacing w:after="0" w:line="240" w:lineRule="auto"/>
        <w:rPr>
          <w:lang w:val="ru-RU"/>
        </w:rPr>
      </w:pPr>
    </w:p>
    <w:p w:rsidR="00C06D1F" w:rsidRDefault="005F1A10">
      <w:pPr>
        <w:spacing w:after="0" w:line="240" w:lineRule="auto"/>
        <w:rPr>
          <w:lang w:val="ru-RU"/>
        </w:rPr>
      </w:pPr>
      <w:r>
        <w:rPr>
          <w:lang w:val="ru-RU"/>
        </w:rPr>
        <w:t>18:00-18:0</w:t>
      </w:r>
      <w:r w:rsidRPr="005F1A10">
        <w:rPr>
          <w:lang w:val="ru-RU"/>
        </w:rPr>
        <w:t>5 + 15 мин. на дискуссию</w:t>
      </w:r>
    </w:p>
    <w:p w:rsidR="003670DD" w:rsidRPr="003670DD" w:rsidRDefault="003670DD" w:rsidP="003670DD">
      <w:pPr>
        <w:spacing w:after="0" w:line="240" w:lineRule="auto"/>
        <w:rPr>
          <w:b/>
          <w:lang w:val="ru-RU"/>
        </w:rPr>
      </w:pPr>
      <w:r w:rsidRPr="003670DD">
        <w:rPr>
          <w:b/>
          <w:lang w:val="ru-RU"/>
        </w:rPr>
        <w:t>ОСОБЕННОСТИ РАКА МОЛОЧНОЙ ЖЕЛЕЗЫ У МУЖЧИН</w:t>
      </w:r>
    </w:p>
    <w:p w:rsidR="003670DD" w:rsidRPr="003670DD" w:rsidRDefault="003670DD" w:rsidP="003670DD">
      <w:pPr>
        <w:spacing w:after="0" w:line="240" w:lineRule="auto"/>
        <w:rPr>
          <w:lang w:val="ru-RU"/>
        </w:rPr>
      </w:pPr>
      <w:r w:rsidRPr="003670DD">
        <w:rPr>
          <w:lang w:val="ru-RU"/>
        </w:rPr>
        <w:t xml:space="preserve">Голованова Юлия Михайловна, </w:t>
      </w:r>
      <w:proofErr w:type="spellStart"/>
      <w:r w:rsidRPr="003670DD">
        <w:rPr>
          <w:lang w:val="ru-RU"/>
        </w:rPr>
        <w:t>Гильванова</w:t>
      </w:r>
      <w:proofErr w:type="spellEnd"/>
      <w:r w:rsidRPr="003670DD">
        <w:rPr>
          <w:lang w:val="ru-RU"/>
        </w:rPr>
        <w:t xml:space="preserve"> </w:t>
      </w:r>
      <w:proofErr w:type="spellStart"/>
      <w:r w:rsidRPr="003670DD">
        <w:rPr>
          <w:lang w:val="ru-RU"/>
        </w:rPr>
        <w:t>Аделия</w:t>
      </w:r>
      <w:proofErr w:type="spellEnd"/>
      <w:r w:rsidRPr="003670DD">
        <w:rPr>
          <w:lang w:val="ru-RU"/>
        </w:rPr>
        <w:t xml:space="preserve"> Рустамовна (педиатрический факультет, 6 курс)</w:t>
      </w:r>
    </w:p>
    <w:p w:rsidR="003670DD" w:rsidRPr="003670DD" w:rsidRDefault="003670DD" w:rsidP="003670DD">
      <w:pPr>
        <w:spacing w:after="0" w:line="240" w:lineRule="auto"/>
        <w:rPr>
          <w:lang w:val="ru-RU"/>
        </w:rPr>
      </w:pPr>
      <w:r w:rsidRPr="003670DD">
        <w:rPr>
          <w:lang w:val="ru-RU"/>
        </w:rPr>
        <w:t>Научный руководитель: Ильин Алексей Анатольевич, к.м.н.</w:t>
      </w:r>
    </w:p>
    <w:p w:rsidR="00C06D1F" w:rsidRPr="003670DD" w:rsidRDefault="003670DD" w:rsidP="003670DD">
      <w:pPr>
        <w:spacing w:after="0" w:line="240" w:lineRule="auto"/>
        <w:rPr>
          <w:lang w:val="ru-RU"/>
        </w:rPr>
      </w:pPr>
      <w:r w:rsidRPr="003670DD">
        <w:rPr>
          <w:lang w:val="ru-RU"/>
        </w:rPr>
        <w:t>Саратовский государственный медицинский университет, г. Саратов</w:t>
      </w:r>
      <w:r w:rsidR="00E77D76" w:rsidRPr="003670DD">
        <w:rPr>
          <w:lang w:val="ru-RU"/>
        </w:rPr>
        <w:t xml:space="preserve"> </w:t>
      </w:r>
    </w:p>
    <w:sectPr w:rsidR="00C06D1F" w:rsidRPr="003670D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5BD7"/>
    <w:rsid w:val="0015074B"/>
    <w:rsid w:val="00190CAB"/>
    <w:rsid w:val="0029639D"/>
    <w:rsid w:val="00326F90"/>
    <w:rsid w:val="003670DD"/>
    <w:rsid w:val="003C18B1"/>
    <w:rsid w:val="004D6439"/>
    <w:rsid w:val="005B66C9"/>
    <w:rsid w:val="005F1A10"/>
    <w:rsid w:val="007E408E"/>
    <w:rsid w:val="008235C8"/>
    <w:rsid w:val="00825C9F"/>
    <w:rsid w:val="00826C52"/>
    <w:rsid w:val="009C27E2"/>
    <w:rsid w:val="00A01944"/>
    <w:rsid w:val="00A91C92"/>
    <w:rsid w:val="00A97EA2"/>
    <w:rsid w:val="00AA1D8D"/>
    <w:rsid w:val="00AE6F52"/>
    <w:rsid w:val="00B02D28"/>
    <w:rsid w:val="00B47730"/>
    <w:rsid w:val="00B96B25"/>
    <w:rsid w:val="00BD2CD3"/>
    <w:rsid w:val="00C06D1F"/>
    <w:rsid w:val="00CB0664"/>
    <w:rsid w:val="00DA64E6"/>
    <w:rsid w:val="00E35E04"/>
    <w:rsid w:val="00E77D76"/>
    <w:rsid w:val="00ED50CE"/>
    <w:rsid w:val="00F35FF9"/>
    <w:rsid w:val="00FC19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D3E4F"/>
  <w14:defaultImageDpi w14:val="300"/>
  <w15:docId w15:val="{61943D36-E7BB-48A3-9F94-7B309049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basedOn w:val="a3"/>
    <w:next w:val="aff0"/>
    <w:uiPriority w:val="39"/>
    <w:rsid w:val="008235C8"/>
    <w:pPr>
      <w:suppressAutoHyphens/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esmu.ktalk.ru/a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A42516-DD8C-4A44-8A86-6A53D840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17</cp:revision>
  <dcterms:created xsi:type="dcterms:W3CDTF">2026-09-09T11:57:00Z</dcterms:created>
  <dcterms:modified xsi:type="dcterms:W3CDTF">2026-09-20T04:37:00Z</dcterms:modified>
  <cp:category/>
</cp:coreProperties>
</file>